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CA5C" w14:textId="4AA0B122" w:rsidR="00F45FFA" w:rsidRPr="007E79BE" w:rsidRDefault="00000000">
      <w:pPr>
        <w:spacing w:after="400"/>
        <w:rPr>
          <w:sz w:val="32"/>
          <w:szCs w:val="32"/>
        </w:rPr>
      </w:pPr>
      <w:r w:rsidRPr="007E79BE">
        <w:rPr>
          <w:i/>
          <w:color w:val="78232D"/>
          <w:sz w:val="32"/>
          <w:szCs w:val="32"/>
        </w:rPr>
        <w:t>eastbourneosteopaths@gmail.com</w:t>
      </w:r>
      <w:r w:rsidRPr="007E79BE">
        <w:rPr>
          <w:color w:val="78232D"/>
          <w:sz w:val="32"/>
          <w:szCs w:val="32"/>
        </w:rPr>
        <w:t xml:space="preserve">                                     Tel: 01323 920444</w:t>
      </w:r>
    </w:p>
    <w:p w14:paraId="5F6B19CA" w14:textId="77777777" w:rsidR="00F45FFA" w:rsidRDefault="00000000">
      <w:pPr>
        <w:spacing w:after="160"/>
      </w:pPr>
      <w:r>
        <w:rPr>
          <w:noProof/>
        </w:rPr>
        <w:drawing>
          <wp:inline distT="0" distB="0" distL="0" distR="0" wp14:anchorId="2B56D0A4" wp14:editId="3C8EEBA9">
            <wp:extent cx="2743200" cy="1879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e_reynolds_logo_whit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20"/>
      </w:tblGrid>
      <w:tr w:rsidR="00F45FFA" w14:paraId="4ABDE7F7" w14:textId="77777777">
        <w:trPr>
          <w:jc w:val="center"/>
        </w:trPr>
        <w:tc>
          <w:tcPr>
            <w:tcW w:w="9720" w:type="dxa"/>
            <w:tcBorders>
              <w:top w:val="single" w:sz="12" w:space="0" w:color="A95252"/>
              <w:left w:val="single" w:sz="12" w:space="0" w:color="A95252"/>
              <w:bottom w:val="single" w:sz="12" w:space="0" w:color="A95252"/>
              <w:right w:val="single" w:sz="12" w:space="0" w:color="A95252"/>
            </w:tcBorders>
          </w:tcPr>
          <w:p w14:paraId="2AC94994" w14:textId="77777777" w:rsidR="00F45FFA" w:rsidRDefault="00000000">
            <w:pPr>
              <w:spacing w:after="0"/>
            </w:pPr>
            <w:r>
              <w:rPr>
                <w:i/>
                <w:sz w:val="20"/>
              </w:rPr>
              <w:t>For clinic use only:                                                    Date:</w:t>
            </w:r>
          </w:p>
          <w:p w14:paraId="07187B86" w14:textId="77777777" w:rsidR="00F45FFA" w:rsidRDefault="00000000">
            <w:pPr>
              <w:spacing w:after="0" w:line="240" w:lineRule="auto"/>
            </w:pPr>
            <w:r>
              <w:rPr>
                <w:sz w:val="20"/>
              </w:rPr>
              <w:t>DIAGNOSIS:</w:t>
            </w:r>
          </w:p>
          <w:p w14:paraId="51478577" w14:textId="77777777" w:rsidR="00F45FFA" w:rsidRDefault="00F45FFA">
            <w:pPr>
              <w:spacing w:after="0" w:line="240" w:lineRule="auto"/>
            </w:pPr>
          </w:p>
          <w:p w14:paraId="3FD81281" w14:textId="77777777" w:rsidR="00F45FFA" w:rsidRDefault="00000000">
            <w:pPr>
              <w:spacing w:after="0" w:line="240" w:lineRule="auto"/>
            </w:pPr>
            <w:r>
              <w:rPr>
                <w:i/>
                <w:sz w:val="20"/>
              </w:rPr>
              <w:t>Short-term objective</w:t>
            </w:r>
          </w:p>
          <w:p w14:paraId="5F4AA465" w14:textId="77777777" w:rsidR="00F45FFA" w:rsidRDefault="00F45FFA">
            <w:pPr>
              <w:spacing w:after="0" w:line="240" w:lineRule="auto"/>
            </w:pPr>
          </w:p>
          <w:p w14:paraId="4D91A61C" w14:textId="77777777" w:rsidR="00F45FFA" w:rsidRDefault="00000000">
            <w:pPr>
              <w:spacing w:after="0" w:line="240" w:lineRule="auto"/>
            </w:pPr>
            <w:r>
              <w:rPr>
                <w:i/>
                <w:sz w:val="20"/>
              </w:rPr>
              <w:t>Long-term objective</w:t>
            </w:r>
          </w:p>
          <w:p w14:paraId="679E5DD5" w14:textId="77777777" w:rsidR="00F45FFA" w:rsidRDefault="00F45FFA">
            <w:pPr>
              <w:spacing w:after="0" w:line="240" w:lineRule="auto"/>
            </w:pPr>
          </w:p>
          <w:p w14:paraId="4182902B" w14:textId="77777777" w:rsidR="00F45FFA" w:rsidRDefault="00000000">
            <w:pPr>
              <w:spacing w:after="0" w:line="240" w:lineRule="auto"/>
            </w:pPr>
            <w:r>
              <w:rPr>
                <w:sz w:val="20"/>
              </w:rPr>
              <w:t>Number of treatments required</w:t>
            </w:r>
            <w:r>
              <w:rPr>
                <w:sz w:val="20"/>
              </w:rPr>
              <w:br/>
              <w:t>Length of treatment</w:t>
            </w:r>
            <w:r>
              <w:rPr>
                <w:sz w:val="20"/>
              </w:rPr>
              <w:br/>
              <w:t>Prognosis</w:t>
            </w:r>
            <w:r>
              <w:rPr>
                <w:sz w:val="20"/>
              </w:rPr>
              <w:br/>
              <w:t>Maintenance?</w:t>
            </w:r>
            <w:r>
              <w:rPr>
                <w:sz w:val="20"/>
              </w:rPr>
              <w:br/>
              <w:t>Other</w:t>
            </w:r>
          </w:p>
          <w:p w14:paraId="48E188A7" w14:textId="77777777" w:rsidR="00F45FFA" w:rsidRDefault="00F45FFA">
            <w:pPr>
              <w:spacing w:after="0"/>
            </w:pPr>
          </w:p>
          <w:p w14:paraId="0F445001" w14:textId="77777777" w:rsidR="00F45FFA" w:rsidRDefault="00F45FFA">
            <w:pPr>
              <w:spacing w:after="0"/>
            </w:pPr>
          </w:p>
        </w:tc>
      </w:tr>
    </w:tbl>
    <w:p w14:paraId="7278D202" w14:textId="77777777" w:rsidR="00F45FFA" w:rsidRDefault="00F45FFA">
      <w:pPr>
        <w:spacing w:after="280" w:line="240" w:lineRule="auto"/>
      </w:pPr>
    </w:p>
    <w:p w14:paraId="201D8A6B" w14:textId="77777777" w:rsidR="00F45FFA" w:rsidRDefault="00000000">
      <w:pPr>
        <w:spacing w:line="240" w:lineRule="auto"/>
        <w:jc w:val="center"/>
      </w:pPr>
      <w:r>
        <w:rPr>
          <w:b/>
          <w:sz w:val="24"/>
          <w:u w:val="single"/>
        </w:rPr>
        <w:t>Confidential Patient Health Questionnaire for patients of Jane Reynolds</w:t>
      </w:r>
    </w:p>
    <w:p w14:paraId="2853EFBB" w14:textId="77777777" w:rsidR="00F45FFA" w:rsidRPr="007E79BE" w:rsidRDefault="00000000">
      <w:pPr>
        <w:spacing w:line="252" w:lineRule="auto"/>
      </w:pPr>
      <w:r w:rsidRPr="007E79BE">
        <w:t>Please complete the form as best you can. At your first appointment today, which lasts an hour, we will discuss</w:t>
      </w:r>
      <w:r w:rsidRPr="007E79BE">
        <w:br/>
        <w:t>the contents. A detailed examination will then follow where I will determine your problem/s, possible reasons</w:t>
      </w:r>
      <w:r w:rsidRPr="007E79BE">
        <w:br/>
        <w:t>for it/them and start treatment today, if your problem is suitable and there is time. I will explain the estimated</w:t>
      </w:r>
      <w:r w:rsidRPr="007E79BE">
        <w:br/>
        <w:t xml:space="preserve">number of treatments you will need, the </w:t>
      </w:r>
      <w:proofErr w:type="gramStart"/>
      <w:r w:rsidRPr="007E79BE">
        <w:t>period of time</w:t>
      </w:r>
      <w:proofErr w:type="gramEnd"/>
      <w:r w:rsidRPr="007E79BE">
        <w:t xml:space="preserve"> I recommend these last for, the chance of you getting</w:t>
      </w:r>
      <w:r w:rsidRPr="007E79BE">
        <w:br/>
        <w:t>better and whether I recommend you continue to see me once your symptoms have been resolved, to prevent</w:t>
      </w:r>
      <w:r w:rsidRPr="007E79BE">
        <w:br/>
        <w:t>them from reoccurring. This is called “maintenance”.</w:t>
      </w:r>
    </w:p>
    <w:p w14:paraId="6C1A2AAC" w14:textId="77777777" w:rsidR="007E79BE" w:rsidRPr="007E79BE" w:rsidRDefault="007E79BE">
      <w:pPr>
        <w:spacing w:after="160" w:line="240" w:lineRule="auto"/>
        <w:rPr>
          <w:sz w:val="24"/>
          <w:szCs w:val="24"/>
        </w:rPr>
      </w:pPr>
    </w:p>
    <w:p w14:paraId="3720B000" w14:textId="42E40158" w:rsidR="00F45FFA" w:rsidRPr="007E79BE" w:rsidRDefault="00000000">
      <w:pPr>
        <w:spacing w:after="160" w:line="240" w:lineRule="auto"/>
        <w:rPr>
          <w:b/>
          <w:bCs/>
          <w:sz w:val="24"/>
          <w:szCs w:val="24"/>
        </w:rPr>
      </w:pPr>
      <w:r w:rsidRPr="007E79BE">
        <w:rPr>
          <w:b/>
          <w:bCs/>
          <w:sz w:val="24"/>
          <w:szCs w:val="24"/>
        </w:rPr>
        <w:t>Personal details</w:t>
      </w:r>
    </w:p>
    <w:p w14:paraId="7C0CCC62" w14:textId="1F9C2E75" w:rsidR="00F45FFA" w:rsidRPr="007E79BE" w:rsidRDefault="00000000">
      <w:pPr>
        <w:spacing w:after="14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 xml:space="preserve">Surname:                            </w:t>
      </w:r>
      <w:r w:rsidR="007E79BE" w:rsidRPr="007E79BE">
        <w:rPr>
          <w:sz w:val="24"/>
          <w:szCs w:val="24"/>
        </w:rPr>
        <w:t xml:space="preserve">                      </w:t>
      </w:r>
      <w:r w:rsidRPr="007E79BE">
        <w:rPr>
          <w:sz w:val="24"/>
          <w:szCs w:val="24"/>
        </w:rPr>
        <w:t xml:space="preserve">          First Name:</w:t>
      </w:r>
    </w:p>
    <w:p w14:paraId="1209CA62" w14:textId="77777777" w:rsidR="00F45FFA" w:rsidRPr="007E79BE" w:rsidRDefault="00000000">
      <w:pPr>
        <w:spacing w:after="14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Address:</w:t>
      </w:r>
    </w:p>
    <w:p w14:paraId="6540A7F0" w14:textId="77777777" w:rsidR="007E79BE" w:rsidRPr="007E79BE" w:rsidRDefault="007E79BE">
      <w:pPr>
        <w:spacing w:after="140" w:line="240" w:lineRule="auto"/>
        <w:rPr>
          <w:sz w:val="24"/>
          <w:szCs w:val="24"/>
        </w:rPr>
      </w:pPr>
    </w:p>
    <w:p w14:paraId="1CA5D1F8" w14:textId="45596C7B" w:rsidR="00F45FFA" w:rsidRPr="007E79BE" w:rsidRDefault="00000000">
      <w:pPr>
        <w:spacing w:after="14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 xml:space="preserve">Pref. Phone: ____________                  </w:t>
      </w:r>
      <w:r w:rsidR="007E79BE" w:rsidRPr="007E79BE">
        <w:rPr>
          <w:sz w:val="24"/>
          <w:szCs w:val="24"/>
        </w:rPr>
        <w:t xml:space="preserve">            </w:t>
      </w:r>
      <w:r w:rsidRPr="007E79BE">
        <w:rPr>
          <w:sz w:val="24"/>
          <w:szCs w:val="24"/>
        </w:rPr>
        <w:t>Email:</w:t>
      </w:r>
    </w:p>
    <w:p w14:paraId="2074CBB2" w14:textId="75691A20" w:rsidR="00F45FFA" w:rsidRPr="007E79BE" w:rsidRDefault="00000000">
      <w:pPr>
        <w:spacing w:after="36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 xml:space="preserve">D.O.B.: __ / __ / __    </w:t>
      </w:r>
      <w:r w:rsidR="007E79BE" w:rsidRPr="007E79BE">
        <w:rPr>
          <w:sz w:val="24"/>
          <w:szCs w:val="24"/>
        </w:rPr>
        <w:t xml:space="preserve">             </w:t>
      </w:r>
      <w:r w:rsidRPr="007E79BE">
        <w:rPr>
          <w:sz w:val="24"/>
          <w:szCs w:val="24"/>
        </w:rPr>
        <w:t>Age ____          Occupation -</w:t>
      </w:r>
    </w:p>
    <w:p w14:paraId="3BB732C6" w14:textId="77777777" w:rsidR="00F45FFA" w:rsidRPr="007E79BE" w:rsidRDefault="00000000">
      <w:pPr>
        <w:spacing w:after="8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Doctor’s details (</w:t>
      </w:r>
      <w:proofErr w:type="gramStart"/>
      <w:r w:rsidRPr="007E79BE">
        <w:rPr>
          <w:sz w:val="24"/>
          <w:szCs w:val="24"/>
        </w:rPr>
        <w:t>GP)  Name</w:t>
      </w:r>
      <w:proofErr w:type="gramEnd"/>
      <w:r w:rsidRPr="007E79BE">
        <w:rPr>
          <w:sz w:val="24"/>
          <w:szCs w:val="24"/>
        </w:rPr>
        <w:t>__________      Address__</w:t>
      </w:r>
    </w:p>
    <w:p w14:paraId="7E2397DD" w14:textId="77777777" w:rsidR="00F45FFA" w:rsidRPr="007E79BE" w:rsidRDefault="00000000">
      <w:pPr>
        <w:spacing w:before="40"/>
        <w:jc w:val="center"/>
        <w:rPr>
          <w:sz w:val="24"/>
          <w:szCs w:val="24"/>
        </w:rPr>
      </w:pPr>
      <w:r w:rsidRPr="007E79BE">
        <w:rPr>
          <w:sz w:val="24"/>
          <w:szCs w:val="24"/>
        </w:rPr>
        <w:t>1</w:t>
      </w:r>
    </w:p>
    <w:p w14:paraId="3685F37E" w14:textId="77777777" w:rsidR="00F45FFA" w:rsidRDefault="00000000">
      <w:r>
        <w:br w:type="page"/>
      </w:r>
    </w:p>
    <w:p w14:paraId="4BDB0C81" w14:textId="77777777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lastRenderedPageBreak/>
        <w:t>Child’s/children’s age(s) if any: N/A</w:t>
      </w:r>
    </w:p>
    <w:p w14:paraId="17048669" w14:textId="77777777" w:rsidR="007E79BE" w:rsidRDefault="007E79BE">
      <w:pPr>
        <w:spacing w:before="640" w:after="0" w:line="240" w:lineRule="auto"/>
        <w:rPr>
          <w:sz w:val="24"/>
          <w:szCs w:val="24"/>
        </w:rPr>
      </w:pPr>
    </w:p>
    <w:p w14:paraId="76291CB5" w14:textId="3CD6C9B2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What exercise and/or activities do you do?</w:t>
      </w:r>
    </w:p>
    <w:p w14:paraId="223F4B6F" w14:textId="23A52E55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Did you do a lot of sport in the past?</w:t>
      </w:r>
    </w:p>
    <w:p w14:paraId="713DA894" w14:textId="77777777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Have you ever been seen by an osteopath before?</w:t>
      </w:r>
    </w:p>
    <w:p w14:paraId="65792C00" w14:textId="77777777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Your problem/s</w:t>
      </w:r>
      <w:r w:rsidRPr="007E79BE">
        <w:rPr>
          <w:sz w:val="24"/>
          <w:szCs w:val="24"/>
        </w:rPr>
        <w:br/>
        <w:t>What is/are the main area(s) of your pain or discomfort?</w:t>
      </w:r>
    </w:p>
    <w:p w14:paraId="71FBBEE0" w14:textId="77777777" w:rsidR="007E79BE" w:rsidRPr="007E79BE" w:rsidRDefault="007E79BE">
      <w:pPr>
        <w:spacing w:before="640" w:after="0" w:line="240" w:lineRule="auto"/>
        <w:rPr>
          <w:sz w:val="24"/>
          <w:szCs w:val="24"/>
        </w:rPr>
      </w:pPr>
    </w:p>
    <w:p w14:paraId="4511E4EC" w14:textId="77777777" w:rsidR="007E79BE" w:rsidRDefault="007E79BE">
      <w:pPr>
        <w:spacing w:before="640" w:after="0" w:line="240" w:lineRule="auto"/>
        <w:rPr>
          <w:sz w:val="24"/>
          <w:szCs w:val="24"/>
        </w:rPr>
      </w:pPr>
    </w:p>
    <w:p w14:paraId="7499EDF7" w14:textId="7D4E6F54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What do you hope to gain from treatment?</w:t>
      </w:r>
    </w:p>
    <w:p w14:paraId="504B0122" w14:textId="616BF827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What makes it worse?    Walking, sitting, driving, turning in bed, stairs, other:</w:t>
      </w:r>
    </w:p>
    <w:p w14:paraId="68775E79" w14:textId="7612ACE6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What makes it better?  Rest, heat, ice, stretching, exercise, certain positions, other:</w:t>
      </w:r>
    </w:p>
    <w:p w14:paraId="46704217" w14:textId="57193DD8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Does the pain spread and if so, where?</w:t>
      </w:r>
    </w:p>
    <w:p w14:paraId="5BA4490A" w14:textId="68CD2C51" w:rsidR="00F45FFA" w:rsidRPr="007E79BE" w:rsidRDefault="00000000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Is it constant or does it come and go?</w:t>
      </w:r>
    </w:p>
    <w:p w14:paraId="3640FA35" w14:textId="77777777" w:rsidR="007E79BE" w:rsidRDefault="00000000" w:rsidP="007E79BE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Is it generally getting worse, better or staying the same?</w:t>
      </w:r>
    </w:p>
    <w:p w14:paraId="14CFB38B" w14:textId="1D0A7BED" w:rsidR="00F45FFA" w:rsidRPr="007E79BE" w:rsidRDefault="00000000" w:rsidP="007E79BE">
      <w:pPr>
        <w:spacing w:before="64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Is there a time of day it is worse, eg. morning, evening?</w:t>
      </w:r>
    </w:p>
    <w:p w14:paraId="7F2797BC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Are you suffering from any of the following?</w:t>
      </w:r>
      <w:r w:rsidRPr="007E79BE">
        <w:rPr>
          <w:sz w:val="24"/>
          <w:szCs w:val="24"/>
        </w:rPr>
        <w:br/>
        <w:t>Numbness, Pins &amp; Needles, Weakness, Burning, Aching, Stabbing pains</w:t>
      </w:r>
    </w:p>
    <w:p w14:paraId="2CF50900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On a scale of 1 - 10 rate your discomfort today as (0 no pain) 1 2 3 4 5 6 7 8 9 10 (severe pain)</w:t>
      </w:r>
    </w:p>
    <w:p w14:paraId="4F6708A9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proofErr w:type="gramStart"/>
      <w:r w:rsidRPr="007E79BE">
        <w:rPr>
          <w:sz w:val="24"/>
          <w:szCs w:val="24"/>
        </w:rPr>
        <w:lastRenderedPageBreak/>
        <w:t>Medication  Are</w:t>
      </w:r>
      <w:proofErr w:type="gramEnd"/>
      <w:r w:rsidRPr="007E79BE">
        <w:rPr>
          <w:sz w:val="24"/>
          <w:szCs w:val="24"/>
        </w:rPr>
        <w:t xml:space="preserve"> you taking prescribed/over-the-counter medication? If yes, please list below:</w:t>
      </w:r>
    </w:p>
    <w:p w14:paraId="3EC4160F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proofErr w:type="gramStart"/>
      <w:r w:rsidRPr="007E79BE">
        <w:rPr>
          <w:sz w:val="24"/>
          <w:szCs w:val="24"/>
        </w:rPr>
        <w:t>Operations  Please</w:t>
      </w:r>
      <w:proofErr w:type="gramEnd"/>
      <w:r w:rsidRPr="007E79BE">
        <w:rPr>
          <w:sz w:val="24"/>
          <w:szCs w:val="24"/>
        </w:rPr>
        <w:t xml:space="preserve"> list any operations you have had and the year:</w:t>
      </w:r>
    </w:p>
    <w:p w14:paraId="31224D36" w14:textId="77777777" w:rsidR="007E79BE" w:rsidRDefault="007E79BE">
      <w:pPr>
        <w:spacing w:before="480" w:after="0" w:line="240" w:lineRule="auto"/>
        <w:rPr>
          <w:sz w:val="24"/>
          <w:szCs w:val="24"/>
        </w:rPr>
      </w:pPr>
    </w:p>
    <w:p w14:paraId="038F0F0D" w14:textId="5A8811DE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 xml:space="preserve">Road traffic </w:t>
      </w:r>
      <w:proofErr w:type="gramStart"/>
      <w:r w:rsidRPr="007E79BE">
        <w:rPr>
          <w:sz w:val="24"/>
          <w:szCs w:val="24"/>
        </w:rPr>
        <w:t>accidents  Please</w:t>
      </w:r>
      <w:proofErr w:type="gramEnd"/>
      <w:r w:rsidRPr="007E79BE">
        <w:rPr>
          <w:sz w:val="24"/>
          <w:szCs w:val="24"/>
        </w:rPr>
        <w:t xml:space="preserve"> list any you have had and the year:</w:t>
      </w:r>
    </w:p>
    <w:p w14:paraId="67139E80" w14:textId="77777777" w:rsidR="007E79BE" w:rsidRDefault="007E79BE">
      <w:pPr>
        <w:spacing w:before="480" w:after="0" w:line="240" w:lineRule="auto"/>
        <w:rPr>
          <w:sz w:val="24"/>
          <w:szCs w:val="24"/>
        </w:rPr>
      </w:pPr>
    </w:p>
    <w:p w14:paraId="224111C8" w14:textId="0BF8E91C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Bad falls   Please list any you have had and the year:</w:t>
      </w:r>
    </w:p>
    <w:p w14:paraId="0846943D" w14:textId="77777777" w:rsidR="007E79BE" w:rsidRDefault="007E79BE">
      <w:pPr>
        <w:spacing w:before="480" w:after="0" w:line="240" w:lineRule="auto"/>
        <w:rPr>
          <w:sz w:val="24"/>
          <w:szCs w:val="24"/>
        </w:rPr>
      </w:pPr>
    </w:p>
    <w:p w14:paraId="3553F801" w14:textId="76B491B4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Do you have headaches?</w:t>
      </w:r>
    </w:p>
    <w:p w14:paraId="715E09BD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b/>
          <w:sz w:val="24"/>
          <w:szCs w:val="24"/>
        </w:rPr>
        <w:t>MEDICAL HISTORY</w:t>
      </w:r>
    </w:p>
    <w:p w14:paraId="3FA88D86" w14:textId="77777777" w:rsidR="00F45FFA" w:rsidRPr="007E79BE" w:rsidRDefault="00000000">
      <w:pPr>
        <w:spacing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Have you ever suffered from a stroke or trans-ischaemic attack (TIA)? Y/N</w:t>
      </w:r>
    </w:p>
    <w:p w14:paraId="404A1CE1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Serious illnesses Please list any other serious illnesses you have had and the year:</w:t>
      </w:r>
    </w:p>
    <w:p w14:paraId="7642BD59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Have you ever had, or do you have:</w:t>
      </w:r>
    </w:p>
    <w:p w14:paraId="796708D3" w14:textId="77777777" w:rsidR="00F45FFA" w:rsidRPr="007E79BE" w:rsidRDefault="00000000">
      <w:pPr>
        <w:spacing w:before="240" w:after="8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>Cardiovascular problems</w:t>
      </w:r>
    </w:p>
    <w:p w14:paraId="00CA6C7C" w14:textId="77777777" w:rsidR="00F45FFA" w:rsidRPr="007E79BE" w:rsidRDefault="00000000">
      <w:pPr>
        <w:spacing w:after="28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Hernia, poor Circulation, swelling, cold hands and feet   High blood pressure   Low blood pressure   Shortness of</w:t>
      </w:r>
      <w:r w:rsidRPr="007E79BE">
        <w:rPr>
          <w:sz w:val="24"/>
          <w:szCs w:val="24"/>
        </w:rPr>
        <w:br/>
        <w:t xml:space="preserve">breath   Heart disease   Heart attack   Pain in chest   Rapid </w:t>
      </w:r>
      <w:proofErr w:type="gramStart"/>
      <w:r w:rsidRPr="007E79BE">
        <w:rPr>
          <w:sz w:val="24"/>
          <w:szCs w:val="24"/>
        </w:rPr>
        <w:t>heart beat</w:t>
      </w:r>
      <w:proofErr w:type="gramEnd"/>
      <w:r w:rsidRPr="007E79BE">
        <w:rPr>
          <w:sz w:val="24"/>
          <w:szCs w:val="24"/>
        </w:rPr>
        <w:t xml:space="preserve">   Thumping heart   Other</w:t>
      </w:r>
    </w:p>
    <w:p w14:paraId="70B07ED3" w14:textId="77777777" w:rsidR="00F45FFA" w:rsidRPr="007E79BE" w:rsidRDefault="00000000">
      <w:pPr>
        <w:spacing w:before="200" w:after="28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>Thyroid Issues</w:t>
      </w:r>
    </w:p>
    <w:p w14:paraId="3DFE642F" w14:textId="77777777" w:rsidR="00F45FFA" w:rsidRPr="007E79BE" w:rsidRDefault="00000000">
      <w:pPr>
        <w:spacing w:after="4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>Respiratory problems</w:t>
      </w:r>
    </w:p>
    <w:p w14:paraId="037D1811" w14:textId="77777777" w:rsidR="007E79BE" w:rsidRDefault="00000000" w:rsidP="007E79BE">
      <w:pPr>
        <w:spacing w:after="4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Pneumonia   Asthma   Pain around ribs   Shortness of breath   Wheezing   Other</w:t>
      </w:r>
    </w:p>
    <w:p w14:paraId="30812FCB" w14:textId="77777777" w:rsidR="007E79BE" w:rsidRDefault="007E79BE" w:rsidP="007E79BE">
      <w:pPr>
        <w:spacing w:after="40" w:line="240" w:lineRule="auto"/>
        <w:rPr>
          <w:sz w:val="24"/>
          <w:szCs w:val="24"/>
        </w:rPr>
      </w:pPr>
    </w:p>
    <w:p w14:paraId="68B96F78" w14:textId="6DC87785" w:rsidR="00F45FFA" w:rsidRPr="007E79BE" w:rsidRDefault="00000000" w:rsidP="007E79BE">
      <w:pPr>
        <w:spacing w:after="4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>Digestive issues</w:t>
      </w:r>
      <w:r w:rsidRPr="007E79BE">
        <w:rPr>
          <w:sz w:val="24"/>
          <w:szCs w:val="24"/>
        </w:rPr>
        <w:br/>
        <w:t>Hernia / Irritable bowel syndrome (IBS) / Nervous stomach / Belching or excessive wind / Feeling full after</w:t>
      </w:r>
      <w:r w:rsidR="007E79BE">
        <w:rPr>
          <w:sz w:val="24"/>
          <w:szCs w:val="24"/>
        </w:rPr>
        <w:t xml:space="preserve"> </w:t>
      </w:r>
      <w:r w:rsidRPr="007E79BE">
        <w:rPr>
          <w:sz w:val="24"/>
          <w:szCs w:val="24"/>
        </w:rPr>
        <w:t>eating small amounts / Sudden weight loss or gain / Nausea / Pain in stomach / Gall bladder trouble / Liver</w:t>
      </w:r>
      <w:r w:rsidR="007E79BE">
        <w:rPr>
          <w:sz w:val="24"/>
          <w:szCs w:val="24"/>
        </w:rPr>
        <w:t xml:space="preserve"> </w:t>
      </w:r>
      <w:r w:rsidRPr="007E79BE">
        <w:rPr>
          <w:sz w:val="24"/>
          <w:szCs w:val="24"/>
        </w:rPr>
        <w:t xml:space="preserve">problems / Constipation / </w:t>
      </w:r>
      <w:proofErr w:type="spellStart"/>
      <w:r w:rsidRPr="007E79BE">
        <w:rPr>
          <w:sz w:val="24"/>
          <w:szCs w:val="24"/>
        </w:rPr>
        <w:t>Diarrhoea</w:t>
      </w:r>
      <w:proofErr w:type="spellEnd"/>
      <w:r w:rsidRPr="007E79BE">
        <w:rPr>
          <w:sz w:val="24"/>
          <w:szCs w:val="24"/>
        </w:rPr>
        <w:t xml:space="preserve"> / Colitis / Hemorrhoids/piles / Excessive hunger / Inability to lose</w:t>
      </w:r>
      <w:r w:rsidR="007E79BE">
        <w:rPr>
          <w:sz w:val="24"/>
          <w:szCs w:val="24"/>
        </w:rPr>
        <w:t xml:space="preserve"> </w:t>
      </w:r>
      <w:r w:rsidRPr="007E79BE">
        <w:rPr>
          <w:sz w:val="24"/>
          <w:szCs w:val="24"/>
        </w:rPr>
        <w:t>weight / Other</w:t>
      </w:r>
    </w:p>
    <w:p w14:paraId="2CF63C4A" w14:textId="2530E2B6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 xml:space="preserve">Waterworks </w:t>
      </w:r>
      <w:proofErr w:type="gramStart"/>
      <w:r w:rsidRPr="007E79BE">
        <w:rPr>
          <w:sz w:val="24"/>
          <w:szCs w:val="24"/>
          <w:u w:val="single"/>
        </w:rPr>
        <w:t>problems</w:t>
      </w:r>
      <w:r w:rsidRPr="007E79BE">
        <w:rPr>
          <w:sz w:val="24"/>
          <w:szCs w:val="24"/>
        </w:rPr>
        <w:t xml:space="preserve">  Groin</w:t>
      </w:r>
      <w:proofErr w:type="gramEnd"/>
      <w:r w:rsidRPr="007E79BE">
        <w:rPr>
          <w:sz w:val="24"/>
          <w:szCs w:val="24"/>
        </w:rPr>
        <w:t xml:space="preserve"> pain   Frequent urination   Painful urination   Difficulty starting urine   </w:t>
      </w:r>
      <w:proofErr w:type="spellStart"/>
      <w:r w:rsidRPr="007E79BE">
        <w:rPr>
          <w:sz w:val="24"/>
          <w:szCs w:val="24"/>
        </w:rPr>
        <w:t>Difficultycontrolling</w:t>
      </w:r>
      <w:proofErr w:type="spellEnd"/>
      <w:r w:rsidRPr="007E79BE">
        <w:rPr>
          <w:sz w:val="24"/>
          <w:szCs w:val="24"/>
        </w:rPr>
        <w:t xml:space="preserve"> urine   Kidney infection   Bladder infection   Prostate trouble</w:t>
      </w:r>
    </w:p>
    <w:p w14:paraId="7D73B9B9" w14:textId="1C04ECAB" w:rsidR="00F45FFA" w:rsidRPr="007E79BE" w:rsidRDefault="00000000">
      <w:pPr>
        <w:spacing w:before="560" w:after="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 xml:space="preserve">Women </w:t>
      </w:r>
      <w:proofErr w:type="gramStart"/>
      <w:r w:rsidRPr="007E79BE">
        <w:rPr>
          <w:sz w:val="24"/>
          <w:szCs w:val="24"/>
          <w:u w:val="single"/>
        </w:rPr>
        <w:t>only</w:t>
      </w:r>
      <w:r w:rsidRPr="007E79BE">
        <w:rPr>
          <w:sz w:val="24"/>
          <w:szCs w:val="24"/>
        </w:rPr>
        <w:t xml:space="preserve">  Painful</w:t>
      </w:r>
      <w:proofErr w:type="gramEnd"/>
      <w:r w:rsidRPr="007E79BE">
        <w:rPr>
          <w:sz w:val="24"/>
          <w:szCs w:val="24"/>
        </w:rPr>
        <w:t xml:space="preserve"> or tender breasts   Lumps in breasts   Period pains   Excessive menstrual flow   Irregular</w:t>
      </w:r>
      <w:r w:rsidR="007E79BE">
        <w:rPr>
          <w:sz w:val="24"/>
          <w:szCs w:val="24"/>
        </w:rPr>
        <w:t xml:space="preserve"> </w:t>
      </w:r>
      <w:r w:rsidRPr="007E79BE">
        <w:rPr>
          <w:sz w:val="24"/>
          <w:szCs w:val="24"/>
        </w:rPr>
        <w:t>periods   Bleeding between periods   Hot flushes   Other menopausal symptoms   Vaginal discharge   Painful in-</w:t>
      </w:r>
      <w:r w:rsidR="007E79BE">
        <w:rPr>
          <w:sz w:val="24"/>
          <w:szCs w:val="24"/>
        </w:rPr>
        <w:t xml:space="preserve"> </w:t>
      </w:r>
      <w:proofErr w:type="spellStart"/>
      <w:r w:rsidRPr="007E79BE">
        <w:rPr>
          <w:sz w:val="24"/>
          <w:szCs w:val="24"/>
        </w:rPr>
        <w:t>tercourse</w:t>
      </w:r>
      <w:proofErr w:type="spellEnd"/>
      <w:r w:rsidRPr="007E79BE">
        <w:rPr>
          <w:sz w:val="24"/>
          <w:szCs w:val="24"/>
        </w:rPr>
        <w:t xml:space="preserve">   Pelvic pain</w:t>
      </w:r>
    </w:p>
    <w:p w14:paraId="5BA8DC0D" w14:textId="77777777" w:rsidR="00F45FFA" w:rsidRPr="007E79BE" w:rsidRDefault="00000000">
      <w:pPr>
        <w:spacing w:before="480" w:after="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lastRenderedPageBreak/>
        <w:t xml:space="preserve">Neurological </w:t>
      </w:r>
      <w:proofErr w:type="gramStart"/>
      <w:r w:rsidRPr="007E79BE">
        <w:rPr>
          <w:sz w:val="24"/>
          <w:szCs w:val="24"/>
          <w:u w:val="single"/>
        </w:rPr>
        <w:t>problems</w:t>
      </w:r>
      <w:r w:rsidRPr="007E79BE">
        <w:rPr>
          <w:sz w:val="24"/>
          <w:szCs w:val="24"/>
        </w:rPr>
        <w:t xml:space="preserve">  Trapped</w:t>
      </w:r>
      <w:proofErr w:type="gramEnd"/>
      <w:r w:rsidRPr="007E79BE">
        <w:rPr>
          <w:sz w:val="24"/>
          <w:szCs w:val="24"/>
        </w:rPr>
        <w:t xml:space="preserve"> nerve / Trigeminal neuralgia / MS / Other</w:t>
      </w:r>
    </w:p>
    <w:p w14:paraId="780EC380" w14:textId="77777777" w:rsidR="00F45FFA" w:rsidRPr="007E79BE" w:rsidRDefault="00000000">
      <w:pPr>
        <w:spacing w:before="360" w:after="0" w:line="240" w:lineRule="auto"/>
        <w:rPr>
          <w:sz w:val="24"/>
          <w:szCs w:val="24"/>
        </w:rPr>
      </w:pPr>
      <w:proofErr w:type="gramStart"/>
      <w:r w:rsidRPr="007E79BE">
        <w:rPr>
          <w:sz w:val="24"/>
          <w:szCs w:val="24"/>
          <w:u w:val="single"/>
        </w:rPr>
        <w:t xml:space="preserve">Arthritis </w:t>
      </w:r>
      <w:r w:rsidRPr="007E79BE">
        <w:rPr>
          <w:sz w:val="24"/>
          <w:szCs w:val="24"/>
        </w:rPr>
        <w:t xml:space="preserve"> Osteoarthritis</w:t>
      </w:r>
      <w:proofErr w:type="gramEnd"/>
      <w:r w:rsidRPr="007E79BE">
        <w:rPr>
          <w:sz w:val="24"/>
          <w:szCs w:val="24"/>
        </w:rPr>
        <w:t xml:space="preserve"> / Swollen Joints / Rheumatoid arthritis, ankylosing spondylitis / Other</w:t>
      </w:r>
    </w:p>
    <w:p w14:paraId="696EEB1A" w14:textId="7BFA0570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  <w:u w:val="single"/>
        </w:rPr>
        <w:t xml:space="preserve">Other </w:t>
      </w:r>
      <w:proofErr w:type="gramStart"/>
      <w:r w:rsidRPr="007E79BE">
        <w:rPr>
          <w:sz w:val="24"/>
          <w:szCs w:val="24"/>
          <w:u w:val="single"/>
        </w:rPr>
        <w:t>problems</w:t>
      </w:r>
      <w:r w:rsidRPr="007E79BE">
        <w:rPr>
          <w:sz w:val="24"/>
          <w:szCs w:val="24"/>
        </w:rPr>
        <w:t xml:space="preserve">  Light</w:t>
      </w:r>
      <w:proofErr w:type="gramEnd"/>
      <w:r w:rsidRPr="007E79BE">
        <w:rPr>
          <w:sz w:val="24"/>
          <w:szCs w:val="24"/>
        </w:rPr>
        <w:t xml:space="preserve"> headedness / Loss of balance / Hearing loss / Ringing or buzzing in ears / Allergies</w:t>
      </w:r>
      <w:r w:rsidR="007E79BE">
        <w:rPr>
          <w:sz w:val="24"/>
          <w:szCs w:val="24"/>
        </w:rPr>
        <w:t xml:space="preserve">. </w:t>
      </w:r>
      <w:r w:rsidRPr="007E79BE">
        <w:rPr>
          <w:sz w:val="24"/>
          <w:szCs w:val="24"/>
        </w:rPr>
        <w:t>Sinus trouble / Convulsions / Fainting sensation / Excessive fatigue / Fevers</w:t>
      </w:r>
    </w:p>
    <w:p w14:paraId="5F3E29F9" w14:textId="77777777" w:rsidR="00F45FFA" w:rsidRPr="007E79BE" w:rsidRDefault="00000000">
      <w:pPr>
        <w:spacing w:before="360" w:after="0" w:line="240" w:lineRule="auto"/>
        <w:rPr>
          <w:sz w:val="24"/>
          <w:szCs w:val="24"/>
          <w:u w:val="single"/>
        </w:rPr>
      </w:pPr>
      <w:r w:rsidRPr="007E79BE">
        <w:rPr>
          <w:sz w:val="24"/>
          <w:szCs w:val="24"/>
          <w:u w:val="single"/>
        </w:rPr>
        <w:t>Emotional disorders</w:t>
      </w:r>
    </w:p>
    <w:p w14:paraId="57E9A26D" w14:textId="77777777" w:rsidR="007E79BE" w:rsidRDefault="007E79BE">
      <w:pPr>
        <w:spacing w:before="400" w:after="0" w:line="240" w:lineRule="auto"/>
        <w:rPr>
          <w:sz w:val="24"/>
          <w:szCs w:val="24"/>
        </w:rPr>
      </w:pPr>
    </w:p>
    <w:p w14:paraId="6EDD1404" w14:textId="74937482" w:rsidR="00F45FFA" w:rsidRPr="007E79BE" w:rsidRDefault="00000000">
      <w:pPr>
        <w:spacing w:before="40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Does your father, mother or siblings have similar problems?</w:t>
      </w:r>
    </w:p>
    <w:p w14:paraId="2B0C5BBD" w14:textId="77777777" w:rsidR="007E79BE" w:rsidRDefault="007E79BE">
      <w:pPr>
        <w:spacing w:before="360" w:after="0" w:line="240" w:lineRule="auto"/>
        <w:rPr>
          <w:sz w:val="24"/>
          <w:szCs w:val="24"/>
        </w:rPr>
      </w:pPr>
    </w:p>
    <w:p w14:paraId="3255C023" w14:textId="39090B89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Do you smoke Y/N</w:t>
      </w:r>
    </w:p>
    <w:p w14:paraId="1EB8BABC" w14:textId="77777777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Drink over the recommended amount of alcohol Y/N</w:t>
      </w:r>
    </w:p>
    <w:p w14:paraId="2FE084BB" w14:textId="77777777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 xml:space="preserve">Regularly take recreational </w:t>
      </w:r>
      <w:proofErr w:type="gramStart"/>
      <w:r w:rsidRPr="007E79BE">
        <w:rPr>
          <w:sz w:val="24"/>
          <w:szCs w:val="24"/>
        </w:rPr>
        <w:t>drugs?</w:t>
      </w:r>
      <w:proofErr w:type="gramEnd"/>
      <w:r w:rsidRPr="007E79BE">
        <w:rPr>
          <w:sz w:val="24"/>
          <w:szCs w:val="24"/>
        </w:rPr>
        <w:t xml:space="preserve"> Y/N</w:t>
      </w:r>
    </w:p>
    <w:p w14:paraId="5350C9E2" w14:textId="77777777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What is your diet like?</w:t>
      </w:r>
    </w:p>
    <w:p w14:paraId="6662B077" w14:textId="77777777" w:rsidR="007E79BE" w:rsidRDefault="007E79BE">
      <w:pPr>
        <w:spacing w:before="560" w:after="0" w:line="240" w:lineRule="auto"/>
        <w:rPr>
          <w:sz w:val="24"/>
          <w:szCs w:val="24"/>
        </w:rPr>
      </w:pPr>
    </w:p>
    <w:p w14:paraId="5D5DB5AC" w14:textId="14283AC1" w:rsidR="00F45FFA" w:rsidRPr="007E79BE" w:rsidRDefault="00000000">
      <w:pPr>
        <w:spacing w:before="5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How did you hear about me?</w:t>
      </w:r>
    </w:p>
    <w:p w14:paraId="6F0F67C4" w14:textId="77777777" w:rsidR="00F45FFA" w:rsidRPr="007E79BE" w:rsidRDefault="00000000">
      <w:pPr>
        <w:spacing w:before="360" w:after="0" w:line="240" w:lineRule="auto"/>
        <w:rPr>
          <w:sz w:val="24"/>
          <w:szCs w:val="24"/>
        </w:rPr>
      </w:pPr>
      <w:r w:rsidRPr="007E79BE">
        <w:rPr>
          <w:sz w:val="24"/>
          <w:szCs w:val="24"/>
        </w:rPr>
        <w:t>Is there anything else you would like me to know about that is not covered on this form?</w:t>
      </w:r>
    </w:p>
    <w:p w14:paraId="12F74313" w14:textId="77777777" w:rsidR="007E79BE" w:rsidRDefault="007E79BE">
      <w:pPr>
        <w:spacing w:before="1600"/>
        <w:jc w:val="center"/>
      </w:pPr>
    </w:p>
    <w:p w14:paraId="2F4E6D71" w14:textId="77777777" w:rsidR="007E79BE" w:rsidRDefault="007E79BE">
      <w:pPr>
        <w:spacing w:before="1600"/>
        <w:jc w:val="center"/>
      </w:pPr>
    </w:p>
    <w:p w14:paraId="3D0CB3B4" w14:textId="32D4F882" w:rsidR="00F45FFA" w:rsidRDefault="00000000">
      <w:pPr>
        <w:spacing w:before="1600"/>
        <w:jc w:val="center"/>
      </w:pPr>
      <w:r>
        <w:t>4</w:t>
      </w:r>
    </w:p>
    <w:sectPr w:rsidR="00F45FFA" w:rsidSect="00034616">
      <w:pgSz w:w="11909" w:h="16834"/>
      <w:pgMar w:top="792" w:right="1037" w:bottom="648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8778355">
    <w:abstractNumId w:val="8"/>
  </w:num>
  <w:num w:numId="2" w16cid:durableId="371348647">
    <w:abstractNumId w:val="6"/>
  </w:num>
  <w:num w:numId="3" w16cid:durableId="1534464026">
    <w:abstractNumId w:val="5"/>
  </w:num>
  <w:num w:numId="4" w16cid:durableId="1024481592">
    <w:abstractNumId w:val="4"/>
  </w:num>
  <w:num w:numId="5" w16cid:durableId="1616404177">
    <w:abstractNumId w:val="7"/>
  </w:num>
  <w:num w:numId="6" w16cid:durableId="727723253">
    <w:abstractNumId w:val="3"/>
  </w:num>
  <w:num w:numId="7" w16cid:durableId="1554734524">
    <w:abstractNumId w:val="2"/>
  </w:num>
  <w:num w:numId="8" w16cid:durableId="1202788629">
    <w:abstractNumId w:val="1"/>
  </w:num>
  <w:num w:numId="9" w16cid:durableId="166084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931"/>
    <w:rsid w:val="00034616"/>
    <w:rsid w:val="0006063C"/>
    <w:rsid w:val="00060DD6"/>
    <w:rsid w:val="0015074B"/>
    <w:rsid w:val="0029639D"/>
    <w:rsid w:val="00326F90"/>
    <w:rsid w:val="007E79BE"/>
    <w:rsid w:val="00AA1D8D"/>
    <w:rsid w:val="00B47730"/>
    <w:rsid w:val="00CB0664"/>
    <w:rsid w:val="00F45F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FFDD9A"/>
  <w14:defaultImageDpi w14:val="300"/>
  <w15:docId w15:val="{2903E77F-36CA-FB45-835D-12FD0D64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3756</Characters>
  <Application>Microsoft Office Word</Application>
  <DocSecurity>0</DocSecurity>
  <Lines>101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Janie Reynolds</cp:lastModifiedBy>
  <cp:revision>2</cp:revision>
  <dcterms:created xsi:type="dcterms:W3CDTF">2026-06-05T12:39:00Z</dcterms:created>
  <dcterms:modified xsi:type="dcterms:W3CDTF">2026-06-05T12:39:00Z</dcterms:modified>
  <cp:category/>
</cp:coreProperties>
</file>